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בעברית - ניבים, משמעויות כפולות ושמות מקומות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וביטויים בעברית ולהבין את משמעותם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בעלות שתי משמעויות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לגלות את מקור השם של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ניבים וביטויים - מה המשמעות האמיתית?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לחשוב קשה על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לומר את האמת בכנות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כפולות משמעות - התאימו מילה לשתי המשמעויות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(איבר בגוף לראייה, וגם מעיין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(איבר בגוף להליכה, וגם חג כמו פסח)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(מדבקה על מכתב, וגם בדיוק במקום)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שמות יישובים -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תקווה פירושה hope, ופתח הוא תחילה או 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הסיומת ים מציינת זוג, כלומר שתי גבעות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הניב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 עם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תקינים דקדוקית, כל אחד מדגים משמעות שונה של אותה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נכון עם הסבר תואם למשמעות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אחת לפחות עם שתי משמעויות מדויקות ושונות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המבוסס על חלקי השם או הסיפור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נוספות מהאתר כדי להמחיש כל ניב בצורה חזותית לפני מתן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את הביטוי מהתמונה או מהתיאור לפני חשיפת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מומלץ להשמיט את הפריטים המסומנים כקשים ולהתמקד בניבים הפשוטים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בעברית - ניבים, משמעויות כפולות ושמות מקומות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בשבוע השפה העברית אפשר לשחק עם מילים - לגלות ניבים מצחיקים, מילים עם שתי משמעויות ושמות של מקומות שמספרים סיפור. בדף הזה נתרגל כמה ממשחקי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  ·  ראש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ניבים וביטויים - מה המשמעות האמיתית?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הכוונה בביטוי "לשבור את הראש"?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לחשוב קשה על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לפגוע בראש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לישון עמוק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הכוונה בביטוי "לשים יד על הלב"?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לגעת בחזה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לומר את האמת בכנות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מילים כפולות משמעות - התאימו מילה לשתי המשמעויות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איבר בגוף להליכה, וגם חג כמו פסח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מדבקה על מכתב, וגם בדיוק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איבר בגוף לראייה, וגם מעיין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שמות יישובים -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השם "פתח תקווה" מבטא תקווה ואופטימיות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השם "גבעתיים" פירושו שלוש גבעות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הניב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לשבור את ה__________ (לחשוב קשה על בעיה)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לשים יד על ה__________ (לומר את האמת בכנות)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 עם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מילה בעלת שתי משמעויות (למשל עין, רגל, כף או בול) וכתבו שני משפטים - בכל משפט המילה תהיה במשמעות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ניב אחד שלמדתם היום ומה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בעלת שתי משמעויות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בעברית - ניבים, משמעויות כפולות ושמות מקומות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