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בעברית - ניבים, משמעויות כפולות ושמות מקומות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ניבים וביטויים בעברית ולהבין את משמעותם האמיתית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בעלות שתי משמעויות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לגלות את מקור השם של יישובים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ניבים וביטויים - מה המשמעות האמיתית?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לחשוב קשה על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לומר את האמת בכנות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להפסיק להתעקש ולוותר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לאבד את הסבלנות ולכעוס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מילים כפולות משמעות - התאימו מילה לשתי המשמעויות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(איבר בגוף לראייה, וגם מעיין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(איבר בגוף להליכה, וגם חג כמו פסח)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(כלי לאכילת מרק, וגם חלק מכף היד)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(מדבקה על מכתב, וגם בדיוק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(קלף משחק, וגם לקלף פרי כמו תפוח)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שמות יישובים -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תקווה פירושה hope, ופתח הוא תחילה או כניסה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שם מעיינות שמהם נובע נהר הירקון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הסיומת ים מציינת זוג, כלומר שתי גבעות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המילה שבע קשורה גם למספר וגם לשבועה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ברק פירושו בזק, ולכן השם קשור לתופעת 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הניב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 עם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תקינים דקדוקית, כל אחד מדגים משמעות שונה של אותה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הגיונית המתייחסת למשמעות המילולית של חלקי השם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ניב נכון עם הסבר תואם למשמעות האמיתית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אחת לפחות עם שתי משמעויות מדויקות ושונות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המבוסס על חלקי השם או הסיפור שמאחוריו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נוספות מהאתר כדי להמחיש כל ניב בצורה חזותית לפני מתן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לנחש את הביטוי מהתמונה או מהתיאור לפני חשיפת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מומלץ להשמיט את הפריטים המסומנים כקשים ולהתמקד בניבים הפשוטים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בעברית - ניבים, משמעויות כפולות ושמות מקומות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משחקי מילים מעניינים. יש ביטויים מיוחדים (ניבים), יש מילים עם שתי משמעויות, ויש שמות של ערים עם סיפור. נלמד כמה דוגמאות פשוטות.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בשפה שהמשמעות שלו שונה מהמילים עצמן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כפולה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שיש לה שני פירושים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שאנשים גרים בו, כמו עיר או כפר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כפשוטו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המשמעות הישירה של המילים, בלי הביטוי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השם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ההסבר מאיפה הגיע שם של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שמשתמשים בו כדי לתאר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פתגם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שמלמד לקח או חוכמה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ניבים וביטויים - מה המשמעות האמיתית?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הביטוי לשבור את הראש?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לחשוב קשה על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לפגוע בראש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לישון עמוק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הביטוי לשים יד על הלב?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לגעת בחזה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לומר את האמת בכנות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לנגן בפסנתר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הביטוי לרדת מהעץ?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לטפס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להפסיק להתעקש ולוותר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לקטוף 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ללכת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הביטוי לצאת מהכלים?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לשטוף 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לאבד את הסבלנות ולכעוס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לבשל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לעזוב את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מילים כפולות משמעות - התאימו מילה לשתי המשמעויות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איבר בגוף להליכה, וגם חג כמו פסח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איבר בגוף לראייה, וגם מעיין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קלף משחק, וגם לקלף פרי כמו תפוח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כלי לאכילת מרק, וגם חלק מכף היד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מדבקה על מכתב, וגם בדיוק במקום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שמות יישובים -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"פתח תקווה" מבטא תקווה ואופטימיות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"ראש העין" קשור למקום שבו מתחיל נהר הירקון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"גבעתיים" פירושו שלוש גבעות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"באר שבע" קשור לסיפור על באר ושבועה בספר בראשית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לשם "בני ברק" אין שום קשר למשמעות מילולית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הניב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לשבור את ה__________ (לחשוב קשה על בעיה)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לשים יד על ה__________ (לומר את האמת בכנות)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לצאת מה__________ (לאבד סבלנות ולכעוס)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לרדת מה__________ (להפסיק להתעקש ולוותר)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 עם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בעלת שתי משמעויות (למשל עין, רגל, כף או בול) וכתבו שני משפטים - בכל משפט המילה תהיה במשמעות אחרת.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חפשו בזיכרון שם של יישוב בישראל וכתבו מה לדעתכם המשמעות המילולית של השם, ולמה לדעתכם קראו למקום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ניב אחד שלמדתם היום ומה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בעלת שתי משמעויות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מקור השם של יישוב אחד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מילים בעברית - ניבים, משמעויות כפולות ושמות מקומות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